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60B04" w14:textId="77777777" w:rsidR="00F76330" w:rsidRDefault="00000000">
      <w:pPr>
        <w:pStyle w:val="Heading1"/>
      </w:pPr>
      <w:r>
        <w:t>Liability Waiver</w:t>
      </w:r>
    </w:p>
    <w:p w14:paraId="0C719583" w14:textId="486B1383" w:rsidR="00F76330" w:rsidRDefault="00000000">
      <w:proofErr w:type="gramStart"/>
      <w:r>
        <w:t>I ______</w:t>
      </w:r>
      <w:r w:rsidR="00835701">
        <w:t>____________________</w:t>
      </w:r>
      <w:r>
        <w:t>(Name)</w:t>
      </w:r>
      <w:proofErr w:type="gramEnd"/>
      <w:r>
        <w:t xml:space="preserve"> understand that live action combat games come with inherent risk; to </w:t>
      </w:r>
      <w:proofErr w:type="gramStart"/>
      <w:r>
        <w:t>include, but</w:t>
      </w:r>
      <w:proofErr w:type="gramEnd"/>
      <w:r>
        <w:t xml:space="preserve"> not limited to.</w:t>
      </w:r>
    </w:p>
    <w:p w14:paraId="0E86F13F" w14:textId="1B1C7BCB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r>
        <w:t xml:space="preserve">Wild Pigs are common in the </w:t>
      </w:r>
      <w:proofErr w:type="gramStart"/>
      <w:r>
        <w:t>area.</w:t>
      </w:r>
      <w:r w:rsidR="00835701">
        <w:t>_</w:t>
      </w:r>
      <w:proofErr w:type="gramEnd"/>
      <w:r w:rsidR="00835701">
        <w:t>____(Initial)</w:t>
      </w:r>
    </w:p>
    <w:p w14:paraId="69E1B841" w14:textId="001DA6F6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r>
        <w:t xml:space="preserve">Black Bear are common in the </w:t>
      </w:r>
      <w:proofErr w:type="gramStart"/>
      <w:r>
        <w:t>area.</w:t>
      </w:r>
      <w:r w:rsidR="00835701">
        <w:t>_</w:t>
      </w:r>
      <w:proofErr w:type="gramEnd"/>
      <w:r w:rsidR="00835701">
        <w:t>____(Initial)</w:t>
      </w:r>
    </w:p>
    <w:p w14:paraId="13668290" w14:textId="52C47A60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r>
        <w:t xml:space="preserve">Sasquatch are said to inhabit the </w:t>
      </w:r>
      <w:proofErr w:type="gramStart"/>
      <w:r>
        <w:t>area</w:t>
      </w:r>
      <w:proofErr w:type="gramEnd"/>
      <w:r>
        <w:t xml:space="preserve"> and nobody really knows how they behave ______</w:t>
      </w:r>
      <w:r w:rsidR="00835701">
        <w:t>___________________</w:t>
      </w:r>
      <w:r>
        <w:t xml:space="preserve"> (Name)</w:t>
      </w:r>
    </w:p>
    <w:p w14:paraId="5EAB85D5" w14:textId="37A6F3D5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r>
        <w:t xml:space="preserve">Venomous </w:t>
      </w:r>
      <w:proofErr w:type="gramStart"/>
      <w:r>
        <w:t>Snakes</w:t>
      </w:r>
      <w:r w:rsidR="00835701">
        <w:t>._</w:t>
      </w:r>
      <w:proofErr w:type="gramEnd"/>
      <w:r w:rsidR="00835701">
        <w:t>____(Initial)</w:t>
      </w:r>
    </w:p>
    <w:p w14:paraId="753A2D11" w14:textId="59B609E8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Non venomous</w:t>
      </w:r>
      <w:proofErr w:type="gramEnd"/>
      <w:r>
        <w:t xml:space="preserve"> </w:t>
      </w:r>
      <w:proofErr w:type="gramStart"/>
      <w:r>
        <w:t>Snakes</w:t>
      </w:r>
      <w:r w:rsidR="00835701">
        <w:t>._</w:t>
      </w:r>
      <w:proofErr w:type="gramEnd"/>
      <w:r w:rsidR="00835701">
        <w:t>____(Initial)</w:t>
      </w:r>
    </w:p>
    <w:p w14:paraId="53DFEC92" w14:textId="5B4A6E50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Alligator</w:t>
      </w:r>
      <w:r w:rsidR="00835701">
        <w:t>._</w:t>
      </w:r>
      <w:proofErr w:type="gramEnd"/>
      <w:r w:rsidR="00835701">
        <w:t>____(Initial)</w:t>
      </w:r>
    </w:p>
    <w:p w14:paraId="5B3E5322" w14:textId="0574576C" w:rsidR="00835701" w:rsidRDefault="00000000" w:rsidP="00835701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Crocodiles</w:t>
      </w:r>
      <w:r w:rsidR="00835701">
        <w:t>._</w:t>
      </w:r>
      <w:proofErr w:type="gramEnd"/>
      <w:r w:rsidR="00835701">
        <w:t>____(Initial)</w:t>
      </w:r>
    </w:p>
    <w:p w14:paraId="5FC1D868" w14:textId="5176CB5D" w:rsidR="00F76330" w:rsidRDefault="00000000" w:rsidP="00835701">
      <w:pPr>
        <w:pStyle w:val="ListParagraph"/>
        <w:numPr>
          <w:ilvl w:val="0"/>
          <w:numId w:val="10"/>
        </w:numPr>
        <w:spacing w:line="480" w:lineRule="auto"/>
      </w:pPr>
      <w:r>
        <w:t xml:space="preserve">Airsoft balls </w:t>
      </w:r>
      <w:proofErr w:type="gramStart"/>
      <w:r>
        <w:t>hurt</w:t>
      </w:r>
      <w:r w:rsidR="00835701">
        <w:t>._</w:t>
      </w:r>
      <w:proofErr w:type="gramEnd"/>
      <w:r w:rsidR="00835701">
        <w:t>____(Initial)</w:t>
      </w:r>
    </w:p>
    <w:p w14:paraId="2A97FBDA" w14:textId="77777777" w:rsidR="00F76330" w:rsidRDefault="00F76330"/>
    <w:p w14:paraId="23A5AD85" w14:textId="18392DBD" w:rsidR="00F76330" w:rsidRDefault="00000000">
      <w:r>
        <w:t>I accept that I ______</w:t>
      </w:r>
      <w:r w:rsidR="00835701">
        <w:t>___________________</w:t>
      </w:r>
      <w:r>
        <w:t xml:space="preserve"> (Name) must </w:t>
      </w:r>
      <w:proofErr w:type="gramStart"/>
      <w:r>
        <w:t>wear eye protection at all times</w:t>
      </w:r>
      <w:proofErr w:type="gramEnd"/>
      <w:r>
        <w:t xml:space="preserve"> while game is in play and that eye protection and face protection are provided by myself int.__</w:t>
      </w:r>
    </w:p>
    <w:p w14:paraId="25FE7A32" w14:textId="77777777" w:rsidR="00F76330" w:rsidRDefault="00F76330"/>
    <w:p w14:paraId="2EA29074" w14:textId="56003C2D" w:rsidR="00F76330" w:rsidRDefault="00000000">
      <w:r>
        <w:t xml:space="preserve">Rugged terrain provides trip and </w:t>
      </w:r>
      <w:proofErr w:type="gramStart"/>
      <w:r>
        <w:t>fall</w:t>
      </w:r>
      <w:proofErr w:type="gramEnd"/>
      <w:r>
        <w:t xml:space="preserve"> hazards as well as a hazard of falling objects; spatial and situational awareness are </w:t>
      </w:r>
      <w:proofErr w:type="gramStart"/>
      <w:r>
        <w:t>my ___</w:t>
      </w:r>
      <w:proofErr w:type="gramEnd"/>
      <w:r>
        <w:t>___</w:t>
      </w:r>
      <w:r w:rsidR="00835701">
        <w:t>_________________________</w:t>
      </w:r>
      <w:r>
        <w:t xml:space="preserve"> (Name) responsibility int.__</w:t>
      </w:r>
    </w:p>
    <w:p w14:paraId="2D8C8623" w14:textId="77777777" w:rsidR="00F76330" w:rsidRDefault="00F76330"/>
    <w:p w14:paraId="0302B7F2" w14:textId="437BCACD" w:rsidR="00F76330" w:rsidRDefault="00000000">
      <w:r>
        <w:t>I: ______</w:t>
      </w:r>
      <w:r w:rsidR="00835701">
        <w:t>___________________________</w:t>
      </w:r>
      <w:proofErr w:type="gramStart"/>
      <w:r w:rsidR="00835701">
        <w:t>_(</w:t>
      </w:r>
      <w:proofErr w:type="gramEnd"/>
      <w:r w:rsidR="00835701">
        <w:t xml:space="preserve">Signed Name) </w:t>
      </w:r>
      <w:r>
        <w:t>hereby accept all liability and responsibility playing at my own risk    Date: ______</w:t>
      </w:r>
      <w:r w:rsidR="00835701">
        <w:t>___</w:t>
      </w:r>
    </w:p>
    <w:sectPr w:rsidR="00F7633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63356DA"/>
    <w:multiLevelType w:val="hybridMultilevel"/>
    <w:tmpl w:val="B600AACC"/>
    <w:lvl w:ilvl="0" w:tplc="020E497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6333355">
    <w:abstractNumId w:val="8"/>
  </w:num>
  <w:num w:numId="2" w16cid:durableId="1576166767">
    <w:abstractNumId w:val="6"/>
  </w:num>
  <w:num w:numId="3" w16cid:durableId="1253396794">
    <w:abstractNumId w:val="5"/>
  </w:num>
  <w:num w:numId="4" w16cid:durableId="1697388877">
    <w:abstractNumId w:val="4"/>
  </w:num>
  <w:num w:numId="5" w16cid:durableId="1123035117">
    <w:abstractNumId w:val="7"/>
  </w:num>
  <w:num w:numId="6" w16cid:durableId="447086605">
    <w:abstractNumId w:val="3"/>
  </w:num>
  <w:num w:numId="7" w16cid:durableId="547452221">
    <w:abstractNumId w:val="2"/>
  </w:num>
  <w:num w:numId="8" w16cid:durableId="376708298">
    <w:abstractNumId w:val="1"/>
  </w:num>
  <w:num w:numId="9" w16cid:durableId="1796633132">
    <w:abstractNumId w:val="0"/>
  </w:num>
  <w:num w:numId="10" w16cid:durableId="342408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706C"/>
    <w:rsid w:val="0015074B"/>
    <w:rsid w:val="0029639D"/>
    <w:rsid w:val="00326F90"/>
    <w:rsid w:val="00835701"/>
    <w:rsid w:val="00AA1D8D"/>
    <w:rsid w:val="00B47730"/>
    <w:rsid w:val="00CB0664"/>
    <w:rsid w:val="00F763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29F5F9"/>
  <w14:defaultImageDpi w14:val="300"/>
  <w15:docId w15:val="{60C0979A-CF7F-47E7-8B32-4167139BA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890</Characters>
  <Application>Microsoft Office Word</Application>
  <DocSecurity>0</DocSecurity>
  <Lines>89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Joshua Cartwright</cp:lastModifiedBy>
  <cp:revision>2</cp:revision>
  <dcterms:created xsi:type="dcterms:W3CDTF">2013-12-23T23:15:00Z</dcterms:created>
  <dcterms:modified xsi:type="dcterms:W3CDTF">2026-02-24T22:04:00Z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b6489913-d08f-4952-8b5f-f3caab87e105</vt:lpwstr>
  </property>
</Properties>
</file>